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Calibri" w:hAnsi="Calibri"/>
          <w:b/>
          <w:sz w:val="32"/>
        </w:rPr>
        <w:t>Catálogo de Produtos de Mobilidade Elétrica 2026</w:t>
      </w:r>
    </w:p>
    <w:p>
      <w:pPr>
        <w:pStyle w:val="Heading2"/>
      </w:pPr>
      <w:r>
        <w:rPr>
          <w:rFonts w:ascii="Calibri" w:hAnsi="Calibri"/>
          <w:b/>
          <w:sz w:val="26"/>
        </w:rPr>
        <w:t>CNVera</w:t>
      </w:r>
    </w:p>
    <w:p>
      <w:r>
        <w:rPr>
          <w:rFonts w:ascii="Calibri" w:hAnsi="Calibri"/>
          <w:b w:val="0"/>
          <w:sz w:val="21"/>
        </w:rPr>
        <w:t>A CNVera é uma exportadora sediada em Haikou, Hainan, China. Nossa linha industrial abrange lubrificantes especiais e, como mostra este catálogo, mobilidade elétrica pessoal: motos elétricas de trilha, bicicletas elétricas e patinetes elétricos para lazer, esporte e deslocamento urbano. Atendemos distribuidores, varejistas e compradores de frotas em todo o mundo, com embalagem de exportação, carregamento de contêiner com modelos mistos e suporte à documentação.</w:t>
      </w:r>
    </w:p>
    <w:p>
      <w:pPr>
        <w:pStyle w:val="Heading2"/>
      </w:pPr>
      <w:r>
        <w:rPr>
          <w:rFonts w:ascii="Calibri" w:hAnsi="Calibri"/>
          <w:b/>
          <w:sz w:val="26"/>
        </w:rPr>
        <w:t>Visão geral da linha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Motos elétricas de trilha: Wish 01 SE, Wish 01 EEC, Wish 01 mini, Wish 01 plus, Wish 01 pro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Bicicletas elétricas: T01, T01 pro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Patinetes elétricos: G2 MAX, G2 booster, M2 pro, G5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Acessórios: Holder 01, suporte de transporte para engate</w:t>
      </w:r>
    </w:p>
    <w:p>
      <w:pPr>
        <w:pStyle w:val="Heading2"/>
      </w:pPr>
      <w:r>
        <w:rPr>
          <w:rFonts w:ascii="Calibri" w:hAnsi="Calibri"/>
          <w:b/>
          <w:sz w:val="26"/>
        </w:rPr>
        <w:t>Certificações e qualidade</w:t>
      </w:r>
    </w:p>
    <w:p>
      <w:r>
        <w:rPr>
          <w:rFonts w:ascii="Calibri" w:hAnsi="Calibri"/>
          <w:b w:val="0"/>
          <w:sz w:val="21"/>
        </w:rPr>
        <w:t>Os produtos deste catálogo são testados e certificados para seus mercados de destino, incluindo os requisitos CE, RoHS e FCC, com relatórios de teste SGS disponíveis mediante solicitação. A linha é coberta por mais de 40 patentes de modelo de utilidade. A documentação completa é fornecida com os pedidos de exportação mediante solicitação.</w:t>
      </w:r>
    </w:p>
    <w:p>
      <w:r>
        <w:rPr>
          <w:rFonts w:ascii="Calibri" w:hAnsi="Calibri"/>
          <w:b w:val="0"/>
          <w:sz w:val="21"/>
        </w:rPr>
        <w:t>As especificações abaixo seguem as fichas técnicas do fabricante e estão sujeitas a alterações sem aviso prévio. Entre em contato conosco para preços atuais, quantidade mínima de pedido (MOQ) e opções OEM.</w:t>
      </w:r>
    </w:p>
    <w:p>
      <w:pPr>
        <w:pStyle w:val="Heading1"/>
      </w:pPr>
      <w:r>
        <w:rPr>
          <w:rFonts w:ascii="Calibri" w:hAnsi="Calibri"/>
          <w:b/>
          <w:sz w:val="32"/>
        </w:rPr>
        <w:t>1. Motos Elétricas de Trilha</w:t>
      </w:r>
    </w:p>
    <w:p>
      <w:pPr>
        <w:pStyle w:val="Heading2"/>
      </w:pPr>
      <w:r>
        <w:rPr>
          <w:rFonts w:ascii="Calibri" w:hAnsi="Calibri"/>
          <w:b/>
          <w:sz w:val="26"/>
        </w:rPr>
        <w:t>Wish 01 SE</w:t>
      </w:r>
    </w:p>
    <w:p>
      <w:r>
        <w:rPr>
          <w:rFonts w:ascii="Calibri" w:hAnsi="Calibri"/>
          <w:b w:val="0"/>
          <w:sz w:val="21"/>
        </w:rPr>
        <w:t>Moto elétrica de trilha para lazer off-road, quadro em liga de alumínio, freios hidráulicos dianteiro e traseiro.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Parâmetro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Especificação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kW (potência nominal 1,2 kW)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Bateria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V 20,8 Ah (opções de 22,5 Ah / 27 Ah)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Tensão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54,6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Velocidade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55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Autonomia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50 km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Pneu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14 polegadas (dianteiro) / 12 polegadas (traseiro), pneumático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Carga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120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Inclinação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30%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 hidráulico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Painel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velocidade, marcha, bateria, autonomia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Sistema de iluminação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Sem farol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Liga de alumínio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Suspensão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(dianteira) Amortecedor hidráulico; (traseira) amortecedor hidráulico a nitrogênio ajustável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Tempo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7–8 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Dobrável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Assento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Idade adequada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anos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Peso líquido / bruto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/ 57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da caixa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1300 x 300 x 770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desdobrado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1510 x 780 x 1000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Quantidade por contêiner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249 un. / 40HQ (embalagem normal); 213 un. / 40HQ (embalagem completa)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Wish 01 EEC</w:t>
      </w:r>
    </w:p>
    <w:p>
      <w:r>
        <w:rPr>
          <w:rFonts w:ascii="Calibri" w:hAnsi="Calibri"/>
          <w:b w:val="0"/>
          <w:sz w:val="21"/>
        </w:rPr>
        <w:t>Versão de estrada da Wish 01 com iluminação completa (farol, lanterna traseira e setas) para os mercados que a exigem.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Parâmetro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Especificação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 kW (potência nominal 1,2 kW)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Bateria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V 20,8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Tensão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54,6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Velocidade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55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Autonomia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50 km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Pneu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14 polegadas (dianteiro) / 12 polegadas (traseiro), pneumático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Carga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120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Inclinação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30%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 hidráulico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Painel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velocidade, marcha, bateria, autonomia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Sistema de iluminação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Farol / lanterna traseira / seta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Liga de alumínio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Suspensão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(dianteira) Amortecedor hidráulico; (traseira) amortecedor hidráulico a nitrogênio ajustável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Tempo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7–8 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Dobrável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Assento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Idade adequada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anos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Peso líquido / bruto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/ 55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da caixa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1276 x 276 x 745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desdobrado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1510 x 780 x 1000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Quantidade por contêiner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104 un. / 20GP; 249 un. / 40HQ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Wish 01 mini</w:t>
      </w:r>
    </w:p>
    <w:p>
      <w:r>
        <w:rPr>
          <w:rFonts w:ascii="Calibri" w:hAnsi="Calibri"/>
          <w:b w:val="0"/>
          <w:sz w:val="21"/>
        </w:rPr>
        <w:t>Moto elétrica de trilha júnior, com tamanho e potência dimensionados para pilotos mais jovens.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Parâmetro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Especificação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kW (potência nominal 0,5 kW)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Bateria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V 10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Velocidade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35 km/h (22 mph)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Autonomia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35 km (carga de 50 kg, abaixo de 25 km/h)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Pneu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polegadas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Carga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 a disco + freio elétrico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Liga de alumínio 6061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Suspensão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(dianteira) Garfos hidráulicos, curso da roda de 140 mm; (traseira) suspensão a mola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Tempo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 horas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Altura do assento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580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Altura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740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Peso líquido / bruto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25 / 30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Transmissão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Cubo (motor no cubo)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Distância entre eixos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830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Altura livre do solo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220 mm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Wish 01 plus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Parâmetro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Especificação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 kW (potência nominal 1,5 kW)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Bateria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52 V 27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Velocidade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72 km/h (45 mph)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Autonomia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80 km (carga de 65 kg, abaixo de 35 km/h)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Pneu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14 (dianteiro) / 12 (traseiro) polegadas, ou 17 (dianteiro) / 14 (traseiro) polegadas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Carga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150 kg (265 lbs)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 hidráulico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Liga de alumínio 6061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Suspensão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(dianteira) Garfos hidráulicos, curso da roda de 160 mm; (traseira) amortecedor hidráulico a nitrogênio ajustável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Tempo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6 horas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Altura do assento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Altura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1020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Peso líquido / bruto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58 / 63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Transmissão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Transmissão por corrente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Distância entre eixos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Altura livre do solo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280 mm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Wish 01 pro</w:t>
      </w:r>
    </w:p>
    <w:p>
      <w:r>
        <w:rPr>
          <w:rFonts w:ascii="Calibri" w:hAnsi="Calibri"/>
          <w:b w:val="0"/>
          <w:sz w:val="21"/>
        </w:rPr>
        <w:t>Topo de linha da série Wish 01, com bateria de 60 V 35 Ah com células LG e potência de pico de 5 kW.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Parâmetro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Especificação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 kW (potência nominal 2,5 kW)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Bateria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60 V 35 Ah (células LG)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Velocidade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80 km/h (50 mph)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Autonomia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80 km (carga de 65 kg, abaixo de 35 km/h)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Pneu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17 (dianteiro) / 14 (traseiro) polegadas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Carga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150 kg (330 lbs)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 hidráulico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Liga de alumínio 6061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Suspensão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(dianteira) Garfos hidráulicos, curso da roda de 160 mm; (traseira) amortecedor hidráulico a nitrogênio ajustável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Tempo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 horas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Altura do assento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820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Altura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1020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Peso líquido / bruto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56 / 61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Transmissão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Transmissão por corrente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Distância entre eixos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Altura livre do solo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280 mm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2. Bicicletas Elétricas</w:t>
      </w:r>
    </w:p>
    <w:p>
      <w:pPr>
        <w:pStyle w:val="Heading2"/>
      </w:pPr>
      <w:r>
        <w:rPr>
          <w:rFonts w:ascii="Calibri" w:hAnsi="Calibri"/>
          <w:b/>
          <w:sz w:val="26"/>
        </w:rPr>
        <w:t>T01</w:t>
      </w:r>
    </w:p>
    <w:p>
      <w:r>
        <w:rPr>
          <w:rFonts w:ascii="Calibri" w:hAnsi="Calibri"/>
          <w:b w:val="0"/>
          <w:sz w:val="21"/>
        </w:rPr>
        <w:t>Bicicleta elétrica estilo moto, com pneus pneumáticos de 20 polegadas e suspensão completa.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Parâmetro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Especificação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 kW (potência nominal 0,5 kW)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Bateria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V 15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Tensão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54,6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Velocidade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Autonomia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60 km (carga de 65 kg, abaixo de 35 km/h)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Pneu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20 polegadas, pneumático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Carga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Inclinação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30%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 hidráulico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Painel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velocidade, marcha, bateria, autonomia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Sistema de iluminação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Farol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Liga de alumínio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Suspensão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(dianteira) Amortecedor a óleo; (traseira) amortecedor a ar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Tempo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7–8 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Dobrável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Assento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Idade adequada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anos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Peso líquido / bruto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38 / 42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da caixa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1440 x 300 x 820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desdobrado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1710 x 650 x 1110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Quantidade por contêiner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72 un. / 20GP; 185 un. / 40HQ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T01 pro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Parâmetro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Especificação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3000 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Bateria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52 V 25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Tensão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58,8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Velocidade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70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Autonomia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100 km (carga de 65 kg, abaixo de 35 km/h)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Pneu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20 polegadas, pneumático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Carga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Inclinação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35%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 hidráulico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Painel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velocidade, marcha, bateria, autonomia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Sistema de iluminação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Farol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Liga de alumínio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Suspensão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(dianteira) Amortecedor a óleo; (traseira) amortecedor a ar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Tempo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8–9 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Dobrável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Assento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Idade adequada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anos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Peso líquido / bruto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50 / 55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da caixa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1195 x 275 x 490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desdobrado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1190 x 575 x 1150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Quantidade por contêiner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176 un. / 40HQ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3. Patinetes Elétricos</w:t>
      </w:r>
    </w:p>
    <w:p>
      <w:pPr>
        <w:pStyle w:val="Heading2"/>
      </w:pPr>
      <w:r>
        <w:rPr>
          <w:rFonts w:ascii="Calibri" w:hAnsi="Calibri"/>
          <w:b/>
          <w:sz w:val="26"/>
        </w:rPr>
        <w:t>G2 MAX</w:t>
      </w:r>
    </w:p>
    <w:p>
      <w:r>
        <w:rPr>
          <w:rFonts w:ascii="Calibri" w:hAnsi="Calibri"/>
          <w:b w:val="0"/>
          <w:sz w:val="21"/>
        </w:rPr>
        <w:t>Patinete elétrico dobrável estilo off-road, com motor único.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Parâmetro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Especificação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1050 W – 1200 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Bateria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V 18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Tensão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54,6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Velocidade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53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Autonomia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45–60 km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Pneu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polegadas, pneu a vácuo (tubeless)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Carga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Inclinação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30%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 a disco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Painel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velocidade, marcha, bateria, autonomia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Sistema de iluminação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Farol / luz lateral / lanterna traseira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Liga de alumínio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Suspensão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Amortecedor a mola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Tempo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9–10 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Dobrável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Assento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Idade adequada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anos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Peso líquido / bruto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26,95 / 30,95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da caixa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1190 x 270 x 600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desdobrado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1190 x 240 x 1320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Quantidade por contêiner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128 un. / 20GP; 350 un. / 40HQ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G2 booster</w:t>
      </w:r>
    </w:p>
    <w:p>
      <w:r>
        <w:rPr>
          <w:rFonts w:ascii="Calibri" w:hAnsi="Calibri"/>
          <w:b w:val="0"/>
          <w:sz w:val="21"/>
        </w:rPr>
        <w:t>Versão com dois motores da G2, para subidas e aceleração mais fortes.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Parâmetro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Especificação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900 W – 1000 W x 2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Bateria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52 V 22,5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Tensão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58,8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Velocidade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60–65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Autonomia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40–65 km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Pneu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polegadas, pneumático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Carga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Inclinação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40%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 a disco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Painel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velocidade, marcha, bateria, autonomia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Sistema de iluminação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Farol / luz lateral / lanterna traseira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Liga de alumínio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Suspensão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Amortecedor a mola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Tempo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10–11 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Dobrável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Assento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Idade adequada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anos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Peso líquido / bruto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32 / 37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da caixa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1190 x 270 x 600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desdobrado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1190 x 270 x 1270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Quantidade por contêiner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128 un. / 20GP; 350 un. / 40HQ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M2 pro</w:t>
      </w:r>
    </w:p>
    <w:p>
      <w:r>
        <w:rPr>
          <w:rFonts w:ascii="Calibri" w:hAnsi="Calibri"/>
          <w:b w:val="0"/>
          <w:sz w:val="21"/>
        </w:rPr>
        <w:t>Patinete urbano dobrável e leve, para deslocamentos de última milha na cidade.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Parâmetro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Especificação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350 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Bateria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36 V 7,5 Ah / 36 V 10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Tensão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42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Velocidade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30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Autonomia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25–30 km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Pneu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8,5 polegadas, pneumático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Carga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120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Inclinação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 a disco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Painel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velocidade, marcha, bateria, autonomia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Sistema de iluminação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Farol / lanterna traseira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Liga de alumínio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Suspensão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Amortecedor a mola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Tempo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4–5 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Dobrável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Assento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Idade adequada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anos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Peso líquido / bruto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15,5 / 18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da caixa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1110 x 205 x 425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desdobrado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1110 x 500 x 1100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Quantidade por contêiner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300 un. / 20GP; 700 un. / 40HQ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G5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Parâmetro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Especificação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Motor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500 W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Bateria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48 V 16 Ah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Tensão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54,6 V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Velocidade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35 km/h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Autonomia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50 km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Pneu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 polegadas, pneumático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Carga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120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Inclinação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15%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Freio a disco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Painel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LCD: velocidade, marcha, bateria, autonomia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Sistema de iluminação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Farol / seta / luz lateral / lanterna traseira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Liga de alumínio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Suspensão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Amortecedor a mola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Tempo de carga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7–8 h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Dobrável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Sim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Assento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Não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Idade adequada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16–50 anos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Peso líquido / bruto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23 / 26,5 kg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da caixa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1185 x 270 x 490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desdobrado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1185 x 270 x 490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Quantidade por contêiner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165 un. / 20GP; 400 un. / 40HQ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4. Acessórios</w:t>
      </w:r>
    </w:p>
    <w:p>
      <w:pPr>
        <w:pStyle w:val="Heading2"/>
      </w:pPr>
      <w:r>
        <w:rPr>
          <w:rFonts w:ascii="Calibri" w:hAnsi="Calibri"/>
          <w:b/>
          <w:sz w:val="26"/>
        </w:rPr>
        <w:t>Holder 01</w:t>
      </w:r>
    </w:p>
    <w:p>
      <w:r>
        <w:rPr>
          <w:rFonts w:ascii="Calibri" w:hAnsi="Calibri"/>
          <w:b w:val="0"/>
          <w:sz w:val="21"/>
        </w:rPr>
        <w:t>Suporte de transporte para engate, para levar uma motocicleta, bicicleta elétrica ou moto elétrica de trilha em um veículo com receptor de engate compatível de 2 polegadas. Modo de uso: destrave as duas travas, desdobre o suporte, solte as cintas e desça a motocicleta empurrando.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Parâmetro</w:t>
            </w:r>
          </w:p>
        </w:tc>
        <w:tc>
          <w:tcPr>
            <w:tcW w:type="dxa" w:w="511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Especificação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Projetado para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Transportar uma motocicleta, bicicleta elétrica ou moto elétrica de trilha em um veículo com receptor de engate compatível de 2 polegadas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Adequado para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Distância entre eixos de 103 a 128 cm (40,5 a 50,4 pol.)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do produto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1420 x 600 x 850 mm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Material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Liga de alumínio 6061 e aço reforçado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Carga máxima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265 lbs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Peso líquido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71,5 lbs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Peso bruto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76 lbs</w:t>
            </w:r>
          </w:p>
        </w:tc>
      </w:tr>
      <w:tr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Tamanho da embalagem</w:t>
            </w:r>
          </w:p>
        </w:tc>
        <w:tc>
          <w:tcPr>
            <w:tcW w:type="dxa" w:w="5112"/>
          </w:tcPr>
          <w:p>
            <w:r/>
            <w:r>
              <w:rPr>
                <w:rFonts w:ascii="Calibri" w:hAnsi="Calibri"/>
                <w:b w:val="0"/>
                <w:sz w:val="16"/>
              </w:rPr>
              <w:t>1030 x 540 x 260 mm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Contato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E-mail: gosanya@gmail.com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WhatsApp: +86 139 2516 5566 (wa.me/8613925165566)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Endereço: Room 1201, Block C, Shimao Center, Longhua District, Haikou, Hainan, China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Respondemos em até 24 horas.</w:t>
      </w:r>
    </w:p>
    <w:sectPr w:rsidR="00FC693F" w:rsidRPr="0006063C" w:rsidSect="00034616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